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Eileen Zhang</w:t>
      </w:r>
    </w:p>
    <w:p>
      <w:pPr>
        <w:pStyle w:val="Heading2"/>
      </w:pPr>
      <w:r>
        <w:t>Pianistin | Biografie</w:t>
      </w:r>
    </w:p>
    <w:p>
      <w:r>
        <w:t>Die deutsche Pianistin Eileen Zhang, geboren 2016 in Düsseldorf, ist ein außergewöhnliches musikalisches Nachwuchstalent. Im Alter von fünf Jahren begann sie mit dem Klavierspiel und gewann nur wenige Monate später ihren ersten 1. Preis beim internationalen Klavierwettbewerb „Piano Talents“ in Italien. Seit ihrem sechsten Lebensjahr wird sie von Prof. Barbara Szczepanska unterrichtet.</w:t>
      </w:r>
    </w:p>
    <w:p>
      <w:r>
        <w:t>Eileen hat mehr als 20 nationale und internationale Preise gewonnen, darunter zwölf 1. Preise. Zu ihren größten Erfolgen zählen Spitzenauszeichnungen beim London International Chopin Piano Competition, beim Ohrid Pearls International Piano Competition, beim Internationalen Klavierwettbewerb Kronberg für junge Pianisten, beim Köthener Bach-Klavierwettbewerb sowie beim EPTA Belgium W.-B. Klavierwettbewerb.</w:t>
      </w:r>
    </w:p>
    <w:p>
      <w:r>
        <w:t>Sie ist bereits in renommierten Sälen wie der Berliner Philharmonie, dem Mozarteum Salzburg, dem Palais Ehrbar in Wien und dem Robert-Schumann-Saal in Düsseldorf aufgetreten. Im Januar 2026 gab sie im Alter von nur neun Jahren erfolgreich ihr erstes 90-minütiges Solokonzert. Im Juli 2026 feierte sie in Warschau ihr Orchesterdebüt mit Mozarts Klavierkonzert A-Dur (KV 414).</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